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5 האותיות הסופיות (מנצפ״ך) וכתיבתן במקום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צליל התנועות בניקוד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בּ/ב, כּ/כ, פּ/פ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פתח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ך היא הצורה הסופית של האות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מנצפ״ך - מ נ צ פ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בלי דגש פ נשמעת כמו f, עם דגש כמו p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האות ד אינה אחת מאותיות מנצפ״ך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ההבדל בין שני סוגי השווא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f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אות לצורה הסופית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מילים נכונות עם סימון ברור של האות הסופית בכל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שמשתמשים נכון בשתי המילים ומראים את ההבדל ביניהן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חמש הברות שונות נכתבות בבירור עם הניקוד המתאים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שהאותיות הסופיות נכתבות במקום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זיהוי הצליל הרך של פ ללא דגש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זיהוי תנועת הפתח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תרגיל ההתאמה בעל פה לפני הכתיבה, כדי לחזק את הזיכרון השמיעתי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לתרגול שלוש אותיות סופיות בלבד (ם, ן, ץ)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כתיבה באוויר או באצבע לפני כתיבה על דף, במיוחד לזוגות אותיות דומות כמו ד/ר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5 אותיות שמשנות צורה כשהן באות בסוף מילה, ויש סימני ניקוד שמשנים את הצליל של האות. בדף הזה נתרגל לזהות ולכתוב אותן נכון.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מהאותיות הבאות היא אות 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מהמילים הבאות מופיעה אות 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הצורה הסופית של האות נ?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מהמילים פ נשמעת כמו f?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תנועה יש באות הראשונה של המילה "דָּג"?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ך היא הצורה הרגילה של האות נ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בעברית 5 אותיות סופיות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הדגש באות פּ גורם לה להישמע כמו f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"ילד" מסתיימת באות סופית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נע נשמע כתנועה קצרה ושווא נח כלל לא נשמע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האות הסופית של האות כ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האות הסופית של האות נ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במילה "עץ" האות האחרונה היא הצורה הסופית של האות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כשאין דגש באות פ, היא נשמעת כמו הצליל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התנועה בהברה "בּוֹ"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אות לצורה הסופית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מילים שמסתיימות באות סופית שונה, וסמנו בכל מילה את האות הסופית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זוג מילים שההבדל ביניהן הוא רק דגש (כמו כּ/כ) וכתבו משפט לכל מילה בזוג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הברה אחת עם כל אחת מחמש התנועות: בָּ, בֵּ, בִּי, בּוֹ, בּוּ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2 מילים שנגמרות באות סופית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הקיפו: באיזו מילה פ נשמעת f - פֶּרַח / סֵפֶר?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תנועה יש באות הראשונה של המילה "דָּג"?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אותיות, ניקוד וכתב 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