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5 האותיות הסופיות (מנצפ״ך) וכתיבתן במקום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צליל התנועות בניקוד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בּ/ב, כּ/כ, פּ/פ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ך היא הצורה הסופית של האות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מנצפ״ך - מ נ צ פ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בלי דגש פ נשמעת כמו f, עם דגש כמו p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ד אינה אחת מאותיות מנצפ״ך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ההבדל בין שני סוגי השווא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אות לצורה הסופית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נכונות עם סימון ברור של האות הסופית בכל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שמשתמשים נכון בשתי המילים ומראים את ההבדל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 הברות שונות נכתבות בבירור עם הניקוד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שהאותיות הסופיות נכתבות במקום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הצליל הרך של פ ללא דגש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תנועת הפתח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תרגיל ההתאמה בעל פה לפני הכתיבה, כדי לחזק את הזיכרון השמיעתי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לתרגול שלוש אותיות סופיות בלבד (ם, ן, ץ)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כתיבה באוויר או באצבע לפני כתיבה על דף, במיוחד לזוגות אותיות דומות כמו ד/ר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אותיות שנראות אחרת בסוף מילה. יש סימנים קטנים שאומרים איך לקרוא כל אות.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סופית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שכותבים אחרת כשהיא בסוף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מנצפ״ך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חמש האותיות שיש להן צורה סופית: מ נ צ פ כ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שאנחנו שומעים בעזרת הניקוד, כמו a או o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מתחת או מעל האות שמראים איך לקרוא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בתוך אות שיכולה לשנות את הצליל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מילה, כמו בָּ או תָ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של שתי נקודות, לפעמים נשמע ולפעמים 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כותבים אחרת בסוף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יש אות שכותבים אחרת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הצורה הסופית של האות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מילה פ נשמעת רכה, כמו f?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תנועה יש באות הראשונה של המילה "דָּג"?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ך היא הצורה הרגילה של האות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בעברית 5 אותיות סופיות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הדגש באות פּ גורם לה להישמע כמו f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"ילד" מסתיימת באות סופית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נע נשמע כתנועה קצרה ושווא נח כלל לא נשמע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הסופית של האות כ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הסופית של האות נ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במילה "עץ" האות האחרונה היא הצורה הסופית של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כשאין דגש באות פ, היא נשמעת כמו הצליל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התנועה בהברה "בּוֹ"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אות לצורה הסופית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מילים שמסתיימות באות סופית שונה, וסמנו בכל מילה את האות הסופית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זוג מילים שההבדל ביניהן הוא רק דגש (כמו כּ/כ) וכתבו משפט לכל מילה בזוג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הברה אחת עם כל אחת מחמש התנועות: בָּ, בֵּ, בִּי, בּוֹ, בּוּ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2 מילים שנגמרות באות סופית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הקיפו: באיזו מילה פ נשמעת f - פֶּרַח / סֵפֶר?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תנועה יש באות הראשונה של המילה "דָּג"?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