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5 האותיות הסופיות (מנצפ״ך) וכתיבתן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צליל התנועות 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בּ/ב, כּ/כ, פּ/פ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הצורה הסופית של האות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מנצפ״ך - מ נ צ פ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נכונות עם סימון ברור של האות הסופית בכל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הברות שונות נכתבות בבירור עם הניקוד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שהאותיות הסופיות נכתבות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הצליל הרך של פ ללא 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תנועת הפתח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תרגיל ההתאמה בעל פה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לתרגול שלוש אותיות סופיות בלבד (ם, ן, ץ)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כתיבה באוויר או באצבע לפני כתיבה על דף, במיוחד לזוגות אותיות דומות כמו ד/ר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5 אותיות שמשנות צורה כשהן באות בסוף מילה, ויש סימני ניקוד שמשנים את הצליל של האות. בדף הזה נתרגל לזהות ולכתוב אותן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ן  ·  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מהאותיות הבאות היא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מהמילים הבאות מופיעה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ך היא הצורה הרגילה של האות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בעברית 5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הסופית של האות כ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הסופית של האות נ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מילים שמסתיימות באות סופית שונה, וסמנו בכל מילה את האות הסופית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הברה אחת עם כל אחת מחמש התנועות: בָּ, בֵּ, בִּי, בּוֹ, בּוּ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הקיפו: באיזו מילה פ נשמעת f - פֶּרַח /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